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CE388" w14:textId="77777777" w:rsidR="00B10D19" w:rsidRDefault="00000000">
      <w:pPr>
        <w:spacing w:after="80" w:line="240" w:lineRule="auto"/>
        <w:jc w:val="center"/>
        <w:rPr>
          <w:lang w:eastAsia="zh-TW"/>
        </w:rPr>
      </w:pPr>
      <w:r>
        <w:rPr>
          <w:b/>
          <w:sz w:val="30"/>
          <w:lang w:eastAsia="zh-TW"/>
        </w:rPr>
        <w:t>桃園區高級中等學校免試入學超額比序志願服務學習時數採計實施要點</w:t>
      </w:r>
    </w:p>
    <w:p w14:paraId="0731B22D" w14:textId="77777777" w:rsidR="00B10D19" w:rsidRDefault="00000000">
      <w:pPr>
        <w:spacing w:after="160" w:line="240" w:lineRule="auto"/>
        <w:jc w:val="right"/>
        <w:rPr>
          <w:lang w:eastAsia="zh-TW"/>
        </w:rPr>
      </w:pPr>
      <w:r>
        <w:rPr>
          <w:sz w:val="21"/>
          <w:lang w:eastAsia="zh-TW"/>
        </w:rPr>
        <w:t>中華民國105年3月17日府教中字第1050053800號令訂定</w:t>
      </w:r>
    </w:p>
    <w:p w14:paraId="188D0CB1" w14:textId="77777777" w:rsidR="00B10D19" w:rsidRDefault="00000000">
      <w:pPr>
        <w:spacing w:after="10" w:line="300" w:lineRule="auto"/>
        <w:jc w:val="both"/>
        <w:rPr>
          <w:lang w:eastAsia="zh-TW"/>
        </w:rPr>
      </w:pPr>
      <w:r>
        <w:rPr>
          <w:sz w:val="23"/>
          <w:lang w:eastAsia="zh-TW"/>
        </w:rPr>
        <w:t>一、為配合十二年國民基本教育之實施，培養本區學生關懷生活周遭環境，體現志願服務學習之精神、內涵，型塑友善校園風氣，營造優質教育環境，特訂定本要點。</w:t>
      </w:r>
    </w:p>
    <w:p w14:paraId="762C9972" w14:textId="77777777" w:rsidR="00B10D19" w:rsidRDefault="00000000">
      <w:pPr>
        <w:spacing w:after="10" w:line="300" w:lineRule="auto"/>
        <w:jc w:val="both"/>
        <w:rPr>
          <w:lang w:eastAsia="zh-TW"/>
        </w:rPr>
      </w:pPr>
      <w:r>
        <w:rPr>
          <w:sz w:val="23"/>
          <w:lang w:eastAsia="zh-TW"/>
        </w:rPr>
        <w:t>二、本要點所稱之志願服務學習，係指學生出於自由意志，非基於個人義務或法律責任，秉誠心以知識、體能、勞力、經驗、技術、時間等貢獻學校及社會，不以獲取報酬為目的，以增進學校及社會公益所為之各項輔助性服務。</w:t>
      </w:r>
    </w:p>
    <w:p w14:paraId="28079EA1" w14:textId="77777777" w:rsidR="00B10D19" w:rsidRDefault="00000000">
      <w:pPr>
        <w:spacing w:after="10" w:line="300" w:lineRule="auto"/>
        <w:jc w:val="both"/>
        <w:rPr>
          <w:lang w:eastAsia="zh-TW"/>
        </w:rPr>
      </w:pPr>
      <w:r>
        <w:rPr>
          <w:sz w:val="23"/>
          <w:lang w:eastAsia="zh-TW"/>
        </w:rPr>
        <w:t>三、服務類型：</w:t>
      </w:r>
    </w:p>
    <w:p w14:paraId="475D55D6" w14:textId="77777777" w:rsidR="00B10D19" w:rsidRDefault="00000000">
      <w:pPr>
        <w:spacing w:after="10" w:line="300" w:lineRule="auto"/>
        <w:ind w:left="397" w:hanging="369"/>
        <w:jc w:val="both"/>
        <w:rPr>
          <w:lang w:eastAsia="zh-TW"/>
        </w:rPr>
      </w:pPr>
      <w:r>
        <w:rPr>
          <w:sz w:val="23"/>
          <w:lang w:eastAsia="zh-TW"/>
        </w:rPr>
        <w:t>（一）教育：課後輔導。</w:t>
      </w:r>
    </w:p>
    <w:p w14:paraId="62B2DA4B" w14:textId="77777777" w:rsidR="00B10D19" w:rsidRDefault="00000000">
      <w:pPr>
        <w:spacing w:after="10" w:line="300" w:lineRule="auto"/>
        <w:ind w:left="397" w:hanging="369"/>
        <w:jc w:val="both"/>
        <w:rPr>
          <w:lang w:eastAsia="zh-TW"/>
        </w:rPr>
      </w:pPr>
      <w:r>
        <w:rPr>
          <w:sz w:val="23"/>
          <w:lang w:eastAsia="zh-TW"/>
        </w:rPr>
        <w:t>（二）社區：弱勢關懷服務、社區營造、活動策劃、流浪動物照顧、行政文書服務。</w:t>
      </w:r>
    </w:p>
    <w:p w14:paraId="026D4A23" w14:textId="77777777" w:rsidR="00B10D19" w:rsidRDefault="00000000">
      <w:pPr>
        <w:spacing w:after="10" w:line="300" w:lineRule="auto"/>
        <w:ind w:left="397" w:hanging="369"/>
        <w:jc w:val="both"/>
        <w:rPr>
          <w:lang w:eastAsia="zh-TW"/>
        </w:rPr>
      </w:pPr>
      <w:r>
        <w:rPr>
          <w:sz w:val="23"/>
          <w:lang w:eastAsia="zh-TW"/>
        </w:rPr>
        <w:t>（三）環境：環境維護、資源回收、公園認養、生態保育、生態導覽、景觀綠美化。</w:t>
      </w:r>
    </w:p>
    <w:p w14:paraId="35C1E0DB" w14:textId="77777777" w:rsidR="00B10D19" w:rsidRDefault="00000000">
      <w:pPr>
        <w:spacing w:after="10" w:line="300" w:lineRule="auto"/>
        <w:ind w:left="397" w:hanging="369"/>
        <w:jc w:val="both"/>
        <w:rPr>
          <w:lang w:eastAsia="zh-TW"/>
        </w:rPr>
      </w:pPr>
      <w:r>
        <w:rPr>
          <w:sz w:val="23"/>
          <w:lang w:eastAsia="zh-TW"/>
        </w:rPr>
        <w:t>（四）文化：藝文展演服務、文物導覽解說、接待服務、國際交流、文化祭儀、文物維護、圖書管理。</w:t>
      </w:r>
    </w:p>
    <w:p w14:paraId="69DBF79E" w14:textId="77777777" w:rsidR="00B10D19" w:rsidRDefault="00000000">
      <w:pPr>
        <w:spacing w:after="10" w:line="300" w:lineRule="auto"/>
        <w:ind w:left="397" w:hanging="369"/>
        <w:jc w:val="both"/>
        <w:rPr>
          <w:lang w:eastAsia="zh-TW"/>
        </w:rPr>
      </w:pPr>
      <w:r>
        <w:rPr>
          <w:sz w:val="23"/>
          <w:lang w:eastAsia="zh-TW"/>
        </w:rPr>
        <w:t>（五）健康：促進健康服務、公共衛生服務、運動指導、休閒育樂服務。</w:t>
      </w:r>
    </w:p>
    <w:p w14:paraId="36B752DF" w14:textId="77777777" w:rsidR="00B10D19" w:rsidRDefault="00000000">
      <w:pPr>
        <w:spacing w:after="10" w:line="300" w:lineRule="auto"/>
        <w:ind w:left="397" w:hanging="369"/>
        <w:jc w:val="both"/>
        <w:rPr>
          <w:lang w:eastAsia="zh-TW"/>
        </w:rPr>
      </w:pPr>
      <w:r>
        <w:rPr>
          <w:sz w:val="23"/>
          <w:lang w:eastAsia="zh-TW"/>
        </w:rPr>
        <w:t>（六）科技：電腦教學、視訊編輯、電腦維修、家電維護、媒體傳播、網站架設、機器維修、網站建置、科普閱讀導讀、科學活動設計、科展導覽。</w:t>
      </w:r>
    </w:p>
    <w:p w14:paraId="31F3131F" w14:textId="77777777" w:rsidR="00B10D19" w:rsidRDefault="00000000">
      <w:pPr>
        <w:spacing w:after="10" w:line="300" w:lineRule="auto"/>
        <w:ind w:left="397" w:hanging="369"/>
        <w:jc w:val="both"/>
        <w:rPr>
          <w:lang w:eastAsia="zh-TW"/>
        </w:rPr>
      </w:pPr>
      <w:r>
        <w:rPr>
          <w:sz w:val="23"/>
          <w:lang w:eastAsia="zh-TW"/>
        </w:rPr>
        <w:t>（七）其他公益性服務。</w:t>
      </w:r>
    </w:p>
    <w:p w14:paraId="55316B7F" w14:textId="77777777" w:rsidR="00B10D19" w:rsidRDefault="00000000">
      <w:pPr>
        <w:spacing w:after="10" w:line="300" w:lineRule="auto"/>
        <w:jc w:val="both"/>
        <w:rPr>
          <w:lang w:eastAsia="zh-TW"/>
        </w:rPr>
      </w:pPr>
      <w:r>
        <w:rPr>
          <w:sz w:val="23"/>
          <w:lang w:eastAsia="zh-TW"/>
        </w:rPr>
        <w:t>四、執行方式：</w:t>
      </w:r>
    </w:p>
    <w:p w14:paraId="63F5BBCE" w14:textId="77777777" w:rsidR="00B10D19" w:rsidRDefault="00000000">
      <w:pPr>
        <w:spacing w:after="10" w:line="300" w:lineRule="auto"/>
        <w:ind w:left="397" w:hanging="369"/>
        <w:jc w:val="both"/>
        <w:rPr>
          <w:lang w:eastAsia="zh-TW"/>
        </w:rPr>
      </w:pPr>
      <w:r>
        <w:rPr>
          <w:sz w:val="23"/>
          <w:lang w:eastAsia="zh-TW"/>
        </w:rPr>
        <w:t>（一）服務學習認證：由本府教育局設計認證單格式及學習服務時數認證單統一認證機制。</w:t>
      </w:r>
    </w:p>
    <w:p w14:paraId="6532B16A" w14:textId="77777777" w:rsidR="00B10D19" w:rsidRDefault="00000000">
      <w:pPr>
        <w:spacing w:after="10" w:line="300" w:lineRule="auto"/>
        <w:ind w:left="397" w:hanging="369"/>
        <w:jc w:val="both"/>
        <w:rPr>
          <w:lang w:eastAsia="zh-TW"/>
        </w:rPr>
      </w:pPr>
      <w:r>
        <w:rPr>
          <w:sz w:val="23"/>
          <w:lang w:eastAsia="zh-TW"/>
        </w:rPr>
        <w:t>（二）學生斟酌時間和能力選擇參與下列各項活動，並應事先徵詢老師及家長同意，務必在無安全疑慮下參與志願服務學習活動。校外之志願服務學習勿單獨前往，宜由家長陪同或多人進行。</w:t>
      </w:r>
    </w:p>
    <w:p w14:paraId="64CD18B5" w14:textId="77777777" w:rsidR="00B10D19" w:rsidRDefault="00000000">
      <w:pPr>
        <w:spacing w:after="10" w:line="300" w:lineRule="auto"/>
        <w:ind w:left="765" w:hanging="369"/>
        <w:jc w:val="both"/>
        <w:rPr>
          <w:lang w:eastAsia="zh-TW"/>
        </w:rPr>
      </w:pPr>
      <w:r>
        <w:rPr>
          <w:sz w:val="23"/>
          <w:lang w:eastAsia="zh-TW"/>
        </w:rPr>
        <w:t>1.校內志願服務學習認證：由國中學校認證。</w:t>
      </w:r>
    </w:p>
    <w:p w14:paraId="2B39B27E" w14:textId="77777777" w:rsidR="00B10D19" w:rsidRDefault="00000000">
      <w:pPr>
        <w:spacing w:after="10" w:line="300" w:lineRule="auto"/>
        <w:ind w:left="1134" w:hanging="369"/>
        <w:jc w:val="both"/>
        <w:rPr>
          <w:lang w:eastAsia="zh-TW"/>
        </w:rPr>
      </w:pPr>
      <w:r>
        <w:rPr>
          <w:sz w:val="23"/>
          <w:lang w:eastAsia="zh-TW"/>
        </w:rPr>
        <w:t>（1）交通類：交通服務、糾察等。</w:t>
      </w:r>
    </w:p>
    <w:p w14:paraId="5F816456" w14:textId="77777777" w:rsidR="00B10D19" w:rsidRDefault="00000000">
      <w:pPr>
        <w:spacing w:after="10" w:line="300" w:lineRule="auto"/>
        <w:ind w:left="1134" w:hanging="369"/>
        <w:jc w:val="both"/>
        <w:rPr>
          <w:lang w:eastAsia="zh-TW"/>
        </w:rPr>
      </w:pPr>
      <w:r>
        <w:rPr>
          <w:sz w:val="23"/>
          <w:lang w:eastAsia="zh-TW"/>
        </w:rPr>
        <w:t>（2）環保類：全校性資源回收、垃圾分類、環保尖兵等。</w:t>
      </w:r>
    </w:p>
    <w:p w14:paraId="01F32BE9" w14:textId="77777777" w:rsidR="00B10D19" w:rsidRDefault="00000000">
      <w:pPr>
        <w:spacing w:after="10" w:line="300" w:lineRule="auto"/>
        <w:ind w:left="1134" w:hanging="369"/>
        <w:jc w:val="both"/>
        <w:rPr>
          <w:lang w:eastAsia="zh-TW"/>
        </w:rPr>
      </w:pPr>
      <w:r>
        <w:rPr>
          <w:sz w:val="23"/>
          <w:lang w:eastAsia="zh-TW"/>
        </w:rPr>
        <w:t>（3）學術類：與教學相關服務志工，如圖書、實驗室、體育器材管理志工等。</w:t>
      </w:r>
    </w:p>
    <w:p w14:paraId="68E83600" w14:textId="77777777" w:rsidR="00B10D19" w:rsidRDefault="00000000">
      <w:pPr>
        <w:spacing w:after="10" w:line="300" w:lineRule="auto"/>
        <w:ind w:left="1134" w:hanging="369"/>
        <w:jc w:val="both"/>
        <w:rPr>
          <w:lang w:eastAsia="zh-TW"/>
        </w:rPr>
      </w:pPr>
      <w:r>
        <w:rPr>
          <w:sz w:val="23"/>
          <w:lang w:eastAsia="zh-TW"/>
        </w:rPr>
        <w:t>（4）典儀類：司儀、值星、旗手等相關類型。</w:t>
      </w:r>
    </w:p>
    <w:p w14:paraId="2F6C8C39" w14:textId="77777777" w:rsidR="00B10D19" w:rsidRDefault="00000000">
      <w:pPr>
        <w:spacing w:after="10" w:line="300" w:lineRule="auto"/>
        <w:ind w:left="1134" w:hanging="369"/>
        <w:jc w:val="both"/>
        <w:rPr>
          <w:lang w:eastAsia="zh-TW"/>
        </w:rPr>
      </w:pPr>
      <w:r>
        <w:rPr>
          <w:sz w:val="23"/>
          <w:lang w:eastAsia="zh-TW"/>
        </w:rPr>
        <w:t>（5）其他類：經學校核可之全校性志工。</w:t>
      </w:r>
    </w:p>
    <w:p w14:paraId="724C389A" w14:textId="77777777" w:rsidR="00B10D19" w:rsidRDefault="00000000">
      <w:pPr>
        <w:spacing w:after="10" w:line="300" w:lineRule="auto"/>
        <w:ind w:left="765" w:hanging="369"/>
        <w:jc w:val="both"/>
        <w:rPr>
          <w:lang w:eastAsia="zh-TW"/>
        </w:rPr>
      </w:pPr>
      <w:r>
        <w:rPr>
          <w:sz w:val="23"/>
          <w:lang w:eastAsia="zh-TW"/>
        </w:rPr>
        <w:t>2.校外志願服務學習認證：由政府機關學校或依人民團體法登記立案者提供服務經歷認定文件。</w:t>
      </w:r>
    </w:p>
    <w:p w14:paraId="71245A3D" w14:textId="77777777" w:rsidR="00B10D19" w:rsidRDefault="00000000">
      <w:pPr>
        <w:rPr>
          <w:lang w:eastAsia="zh-TW"/>
        </w:rPr>
      </w:pPr>
      <w:r>
        <w:rPr>
          <w:lang w:eastAsia="zh-TW"/>
        </w:rPr>
        <w:br w:type="page"/>
      </w:r>
    </w:p>
    <w:p w14:paraId="1AA6BE63" w14:textId="77777777" w:rsidR="00B10D19" w:rsidRDefault="00000000">
      <w:pPr>
        <w:spacing w:after="20" w:line="324" w:lineRule="auto"/>
        <w:ind w:left="1134" w:hanging="369"/>
        <w:jc w:val="both"/>
        <w:rPr>
          <w:lang w:eastAsia="zh-TW"/>
        </w:rPr>
      </w:pPr>
      <w:r>
        <w:rPr>
          <w:lang w:eastAsia="zh-TW"/>
        </w:rPr>
        <w:lastRenderedPageBreak/>
        <w:t>(1)關懷服務弱勢族群：養老院、醫院、育幼院等機構之服務。</w:t>
      </w:r>
    </w:p>
    <w:p w14:paraId="09E2A8EB" w14:textId="77777777" w:rsidR="00B10D19" w:rsidRDefault="00000000">
      <w:pPr>
        <w:spacing w:after="20" w:line="324" w:lineRule="auto"/>
        <w:ind w:left="1134" w:hanging="369"/>
        <w:jc w:val="both"/>
        <w:rPr>
          <w:lang w:eastAsia="zh-TW"/>
        </w:rPr>
      </w:pPr>
      <w:r>
        <w:rPr>
          <w:lang w:eastAsia="zh-TW"/>
        </w:rPr>
        <w:t>(2)政府機關學校或公益團體舉辦之非政治、商業、營利且無給酬勞之服務。</w:t>
      </w:r>
    </w:p>
    <w:p w14:paraId="577707C0" w14:textId="77777777" w:rsidR="00B10D19" w:rsidRDefault="00000000">
      <w:pPr>
        <w:spacing w:after="20" w:line="324" w:lineRule="auto"/>
        <w:ind w:left="1134" w:hanging="369"/>
        <w:jc w:val="both"/>
        <w:rPr>
          <w:lang w:eastAsia="zh-TW"/>
        </w:rPr>
      </w:pPr>
      <w:r>
        <w:rPr>
          <w:lang w:eastAsia="zh-TW"/>
        </w:rPr>
        <w:t>(3)各社區或公益單位長期或臨時招募之志工。</w:t>
      </w:r>
    </w:p>
    <w:p w14:paraId="0C713C6D" w14:textId="77777777" w:rsidR="00B10D19" w:rsidRDefault="00000000">
      <w:pPr>
        <w:spacing w:after="20" w:line="324" w:lineRule="auto"/>
        <w:ind w:left="1134" w:hanging="369"/>
        <w:jc w:val="both"/>
        <w:rPr>
          <w:lang w:eastAsia="zh-TW"/>
        </w:rPr>
      </w:pPr>
      <w:r>
        <w:rPr>
          <w:lang w:eastAsia="zh-TW"/>
        </w:rPr>
        <w:t>(4)其他經校方認可之公益性服務活動。</w:t>
      </w:r>
    </w:p>
    <w:p w14:paraId="6F27D5BF" w14:textId="77777777" w:rsidR="00B10D19" w:rsidRDefault="00000000">
      <w:pPr>
        <w:spacing w:after="20" w:line="324" w:lineRule="auto"/>
        <w:ind w:left="397" w:hanging="369"/>
        <w:jc w:val="both"/>
        <w:rPr>
          <w:lang w:eastAsia="zh-TW"/>
        </w:rPr>
      </w:pPr>
      <w:r>
        <w:rPr>
          <w:lang w:eastAsia="zh-TW"/>
        </w:rPr>
        <w:t>（三）辦理時間：以社團活動時間、假日、課餘或其他適當時間進行服務，利用課堂時間所進行之服務不列入服務學習認證（除特殊狀況經學校認可）。</w:t>
      </w:r>
    </w:p>
    <w:p w14:paraId="663FEA69" w14:textId="77777777" w:rsidR="00B10D19" w:rsidRDefault="00000000">
      <w:pPr>
        <w:spacing w:after="20" w:line="324" w:lineRule="auto"/>
        <w:ind w:left="397" w:hanging="369"/>
        <w:jc w:val="both"/>
        <w:rPr>
          <w:lang w:eastAsia="zh-TW"/>
        </w:rPr>
      </w:pPr>
      <w:r>
        <w:rPr>
          <w:lang w:eastAsia="zh-TW"/>
        </w:rPr>
        <w:t>（四）認證方式：</w:t>
      </w:r>
    </w:p>
    <w:p w14:paraId="3D1098E2" w14:textId="77777777" w:rsidR="00B10D19" w:rsidRDefault="00000000">
      <w:pPr>
        <w:spacing w:after="20" w:line="324" w:lineRule="auto"/>
        <w:ind w:left="765" w:hanging="369"/>
        <w:jc w:val="both"/>
        <w:rPr>
          <w:lang w:eastAsia="zh-TW"/>
        </w:rPr>
      </w:pPr>
      <w:r>
        <w:rPr>
          <w:lang w:eastAsia="zh-TW"/>
        </w:rPr>
        <w:t>1.校外單位提供志願服務學習者，倘採取事先審核方式，得由本府教育局成立小組審查，通過者上網公告周知；校外臨時性提供志願服務學習者，必須於活動前一個月提出申請，經審核通過後公告。</w:t>
      </w:r>
    </w:p>
    <w:p w14:paraId="40C5EEAB" w14:textId="77777777" w:rsidR="00B10D19" w:rsidRDefault="00000000">
      <w:pPr>
        <w:spacing w:after="20" w:line="324" w:lineRule="auto"/>
        <w:ind w:left="765" w:hanging="369"/>
        <w:jc w:val="both"/>
        <w:rPr>
          <w:lang w:eastAsia="zh-TW"/>
        </w:rPr>
      </w:pPr>
      <w:r>
        <w:rPr>
          <w:lang w:eastAsia="zh-TW"/>
        </w:rPr>
        <w:t>2.服務活動需符合志願服務學習之精神方可認證，學生對於服務單位及認證疑問由學務處協助處理。</w:t>
      </w:r>
    </w:p>
    <w:p w14:paraId="0461E46D" w14:textId="77777777" w:rsidR="00B10D19" w:rsidRDefault="00000000">
      <w:pPr>
        <w:spacing w:after="20" w:line="324" w:lineRule="auto"/>
        <w:ind w:left="1134" w:hanging="369"/>
        <w:jc w:val="both"/>
        <w:rPr>
          <w:lang w:eastAsia="zh-TW"/>
        </w:rPr>
      </w:pPr>
      <w:r>
        <w:rPr>
          <w:lang w:eastAsia="zh-TW"/>
        </w:rPr>
        <w:t>（1）校內服務工作完成後需經導師、組長、主任及校長簽章認證（已有記獎勵之服務工作及改過銷過之服務不得登錄時數，如班級幹部、社團幹部、校隊等，但為額外性之工作得登錄）。</w:t>
      </w:r>
    </w:p>
    <w:p w14:paraId="3A84D5F5" w14:textId="77777777" w:rsidR="00B10D19" w:rsidRDefault="00000000">
      <w:pPr>
        <w:spacing w:after="20" w:line="324" w:lineRule="auto"/>
        <w:ind w:left="1134" w:hanging="369"/>
        <w:jc w:val="both"/>
        <w:rPr>
          <w:lang w:eastAsia="zh-TW"/>
        </w:rPr>
      </w:pPr>
      <w:r>
        <w:rPr>
          <w:lang w:eastAsia="zh-TW"/>
        </w:rPr>
        <w:t>（2）校外由各單位或機構等登載時數並蓋章後送學校學務處登錄確認。</w:t>
      </w:r>
    </w:p>
    <w:p w14:paraId="1510DFDD" w14:textId="77777777" w:rsidR="00B10D19" w:rsidRDefault="00000000">
      <w:pPr>
        <w:spacing w:after="20" w:line="324" w:lineRule="auto"/>
        <w:ind w:left="765" w:hanging="369"/>
        <w:jc w:val="both"/>
        <w:rPr>
          <w:lang w:eastAsia="zh-TW"/>
        </w:rPr>
      </w:pPr>
      <w:r>
        <w:rPr>
          <w:lang w:eastAsia="zh-TW"/>
        </w:rPr>
        <w:t>3.依志願服務法取得之志願服務學習時數，予以採計。</w:t>
      </w:r>
    </w:p>
    <w:p w14:paraId="4368DC2E" w14:textId="77777777" w:rsidR="00B10D19" w:rsidRDefault="00000000">
      <w:pPr>
        <w:spacing w:after="20" w:line="324" w:lineRule="auto"/>
        <w:ind w:left="397" w:hanging="369"/>
        <w:jc w:val="both"/>
        <w:rPr>
          <w:lang w:eastAsia="zh-TW"/>
        </w:rPr>
      </w:pPr>
      <w:r>
        <w:rPr>
          <w:lang w:eastAsia="zh-TW"/>
        </w:rPr>
        <w:t>（五）認證時數：服務滿一小時以一小時登錄；服務滿半小時以零點五小時登錄，得累計。</w:t>
      </w:r>
    </w:p>
    <w:p w14:paraId="28D3A1B6" w14:textId="77777777" w:rsidR="00B10D19" w:rsidRDefault="00000000">
      <w:pPr>
        <w:spacing w:after="20" w:line="324" w:lineRule="auto"/>
        <w:ind w:left="397" w:hanging="369"/>
        <w:jc w:val="both"/>
        <w:rPr>
          <w:lang w:eastAsia="zh-TW"/>
        </w:rPr>
      </w:pPr>
      <w:r>
        <w:rPr>
          <w:lang w:eastAsia="zh-TW"/>
        </w:rPr>
        <w:t>（六）各國中應提供足額時數，供校內學生完成志願服務學習；另應主動與鄰近高中職、國小形成策略聯盟，提供學生志願服務學習機會。</w:t>
      </w:r>
    </w:p>
    <w:p w14:paraId="59EF8427" w14:textId="77777777" w:rsidR="00B10D19" w:rsidRDefault="00000000">
      <w:pPr>
        <w:rPr>
          <w:lang w:eastAsia="zh-TW"/>
        </w:rPr>
      </w:pPr>
      <w:r>
        <w:rPr>
          <w:lang w:eastAsia="zh-TW"/>
        </w:rPr>
        <w:br w:type="page"/>
      </w:r>
    </w:p>
    <w:p w14:paraId="54ADBF7B" w14:textId="77777777" w:rsidR="00B10D19" w:rsidRDefault="00000000">
      <w:pPr>
        <w:spacing w:after="60" w:line="240" w:lineRule="auto"/>
        <w:jc w:val="center"/>
        <w:rPr>
          <w:lang w:eastAsia="zh-TW"/>
        </w:rPr>
      </w:pPr>
      <w:r>
        <w:rPr>
          <w:b/>
          <w:sz w:val="30"/>
          <w:lang w:eastAsia="zh-TW"/>
        </w:rPr>
        <w:lastRenderedPageBreak/>
        <w:t>桃園區高級中等學校免試入學志願服務學習認證單</w:t>
      </w:r>
    </w:p>
    <w:p w14:paraId="2897C06E" w14:textId="77777777" w:rsidR="00B10D19" w:rsidRDefault="00000000">
      <w:pPr>
        <w:spacing w:after="60" w:line="240" w:lineRule="auto"/>
        <w:rPr>
          <w:lang w:eastAsia="zh-TW"/>
        </w:rPr>
      </w:pPr>
      <w:r>
        <w:rPr>
          <w:sz w:val="21"/>
          <w:lang w:eastAsia="zh-TW"/>
        </w:rPr>
        <w:t>學校：＿＿＿＿國中    班級：＿＿年＿＿班    座號：＿＿＿    姓名：＿＿＿＿＿＿＿＿</w:t>
      </w:r>
    </w:p>
    <w:tbl>
      <w:tblPr>
        <w:tblW w:w="11224" w:type="dxa"/>
        <w:jc w:val="center"/>
        <w:tblLayout w:type="fixed"/>
        <w:tblLook w:val="04A0" w:firstRow="1" w:lastRow="0" w:firstColumn="1" w:lastColumn="0" w:noHBand="0" w:noVBand="1"/>
      </w:tblPr>
      <w:tblGrid>
        <w:gridCol w:w="2891"/>
        <w:gridCol w:w="2948"/>
        <w:gridCol w:w="737"/>
        <w:gridCol w:w="2154"/>
        <w:gridCol w:w="2494"/>
      </w:tblGrid>
      <w:tr w:rsidR="00B10D19" w14:paraId="54817D51" w14:textId="77777777" w:rsidTr="006616D9">
        <w:trPr>
          <w:trHeight w:val="765"/>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0BE0145" w14:textId="77777777" w:rsidR="00B10D19" w:rsidRDefault="00000000">
            <w:pPr>
              <w:spacing w:after="0"/>
              <w:jc w:val="center"/>
            </w:pPr>
            <w:r>
              <w:rPr>
                <w:sz w:val="22"/>
              </w:rPr>
              <w:t>時間</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4438E94" w14:textId="77777777" w:rsidR="00B10D19" w:rsidRDefault="00000000">
            <w:pPr>
              <w:spacing w:after="0"/>
              <w:jc w:val="center"/>
              <w:rPr>
                <w:lang w:eastAsia="zh-TW"/>
              </w:rPr>
            </w:pPr>
            <w:r>
              <w:rPr>
                <w:sz w:val="22"/>
                <w:lang w:eastAsia="zh-TW"/>
              </w:rPr>
              <w:t>參加校內外公共服務</w:t>
            </w:r>
            <w:r>
              <w:rPr>
                <w:sz w:val="22"/>
                <w:lang w:eastAsia="zh-TW"/>
              </w:rPr>
              <w:br/>
              <w:t>學習地點及活動內容</w:t>
            </w: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EC1ADCA" w14:textId="77777777" w:rsidR="00B10D19" w:rsidRDefault="00000000">
            <w:pPr>
              <w:spacing w:after="0"/>
              <w:jc w:val="center"/>
            </w:pPr>
            <w:r>
              <w:rPr>
                <w:sz w:val="22"/>
              </w:rPr>
              <w:t>時</w:t>
            </w:r>
            <w:r>
              <w:rPr>
                <w:sz w:val="22"/>
              </w:rPr>
              <w:br/>
              <w:t>數</w:t>
            </w: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734F91F" w14:textId="77777777" w:rsidR="00B10D19" w:rsidRDefault="00000000">
            <w:pPr>
              <w:spacing w:after="0"/>
              <w:jc w:val="center"/>
              <w:rPr>
                <w:lang w:eastAsia="zh-TW"/>
              </w:rPr>
            </w:pPr>
            <w:r>
              <w:rPr>
                <w:sz w:val="22"/>
                <w:lang w:eastAsia="zh-TW"/>
              </w:rPr>
              <w:t>主辦單位</w:t>
            </w:r>
            <w:r>
              <w:rPr>
                <w:sz w:val="22"/>
                <w:lang w:eastAsia="zh-TW"/>
              </w:rPr>
              <w:br/>
              <w:t>（簽名或蓋章）</w:t>
            </w: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645F2D3" w14:textId="77777777" w:rsidR="00B10D19" w:rsidRDefault="00000000">
            <w:pPr>
              <w:spacing w:after="0"/>
              <w:jc w:val="center"/>
            </w:pPr>
            <w:r>
              <w:rPr>
                <w:sz w:val="22"/>
              </w:rPr>
              <w:t>學校認證</w:t>
            </w:r>
          </w:p>
        </w:tc>
      </w:tr>
      <w:tr w:rsidR="00B10D19" w14:paraId="3EF6BDD9" w14:textId="77777777" w:rsidTr="006616D9">
        <w:trPr>
          <w:trHeight w:val="765"/>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06B15F27" w14:textId="77777777" w:rsidR="00B10D19" w:rsidRDefault="00000000">
            <w:pPr>
              <w:spacing w:after="0"/>
              <w:jc w:val="center"/>
              <w:rPr>
                <w:lang w:eastAsia="zh-TW"/>
              </w:rPr>
            </w:pPr>
            <w:r>
              <w:rPr>
                <w:sz w:val="21"/>
                <w:lang w:eastAsia="zh-TW"/>
              </w:rPr>
              <w:t>○年○月○日（範例）</w:t>
            </w:r>
            <w:r>
              <w:rPr>
                <w:sz w:val="21"/>
                <w:lang w:eastAsia="zh-TW"/>
              </w:rPr>
              <w:br/>
              <w:t>8時30分至10時30分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D9BFCA9" w14:textId="77777777" w:rsidR="00B10D19" w:rsidRDefault="00000000">
            <w:pPr>
              <w:spacing w:after="0"/>
              <w:jc w:val="center"/>
              <w:rPr>
                <w:lang w:eastAsia="zh-TW"/>
              </w:rPr>
            </w:pPr>
            <w:r>
              <w:rPr>
                <w:sz w:val="21"/>
                <w:lang w:eastAsia="zh-TW"/>
              </w:rPr>
              <w:t>到○○○○○</w:t>
            </w:r>
            <w:r>
              <w:rPr>
                <w:sz w:val="21"/>
                <w:lang w:eastAsia="zh-TW"/>
              </w:rPr>
              <w:br/>
              <w:t>當核對發票的志工</w:t>
            </w: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438C0A7" w14:textId="77777777" w:rsidR="00B10D19" w:rsidRDefault="00000000">
            <w:pPr>
              <w:spacing w:after="0"/>
              <w:jc w:val="center"/>
            </w:pPr>
            <w:r>
              <w:rPr>
                <w:sz w:val="21"/>
              </w:rPr>
              <w:t>2</w:t>
            </w: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04397AA" w14:textId="60C87EC0" w:rsidR="00B10D19" w:rsidRDefault="00801BA3" w:rsidP="00801BA3">
            <w:pPr>
              <w:spacing w:after="0"/>
              <w:rPr>
                <w:lang w:eastAsia="zh-TW"/>
              </w:rPr>
            </w:pPr>
            <w:r>
              <w:rPr>
                <w:rFonts w:hint="eastAsia"/>
                <w:sz w:val="21"/>
                <w:lang w:eastAsia="zh-TW"/>
              </w:rPr>
              <w:t>單位章</w:t>
            </w:r>
            <w:r>
              <w:rPr>
                <w:sz w:val="21"/>
                <w:lang w:eastAsia="zh-TW"/>
              </w:rPr>
              <w:t>○○○○○</w:t>
            </w:r>
            <w:r>
              <w:rPr>
                <w:sz w:val="21"/>
                <w:lang w:eastAsia="zh-TW"/>
              </w:rPr>
              <w:br/>
            </w:r>
            <w:r>
              <w:rPr>
                <w:rFonts w:hint="eastAsia"/>
                <w:sz w:val="21"/>
                <w:lang w:eastAsia="zh-TW"/>
              </w:rPr>
              <w:t>主管章</w:t>
            </w:r>
            <w:r w:rsidR="00000000">
              <w:rPr>
                <w:sz w:val="21"/>
                <w:lang w:eastAsia="zh-TW"/>
              </w:rPr>
              <w:t>○○○○○</w:t>
            </w: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C1E3C29" w14:textId="77777777" w:rsidR="00B10D19" w:rsidRDefault="00B10D19">
            <w:pPr>
              <w:spacing w:after="0"/>
              <w:jc w:val="center"/>
              <w:rPr>
                <w:lang w:eastAsia="zh-TW"/>
              </w:rPr>
            </w:pPr>
          </w:p>
        </w:tc>
      </w:tr>
      <w:tr w:rsidR="00F43027" w14:paraId="48607A0A"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1ADDF637" w14:textId="09F3A271" w:rsidR="00F43027" w:rsidRDefault="00F43027" w:rsidP="00F43027">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03B614A" w14:textId="58CC531A" w:rsidR="00F43027" w:rsidRDefault="00F43027" w:rsidP="00F43027">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11102E66" w14:textId="594F7870" w:rsidR="00F43027" w:rsidRDefault="00F43027" w:rsidP="00F43027">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4D0C2B7" w14:textId="77777777" w:rsidR="00F43027" w:rsidRDefault="00F43027" w:rsidP="00F43027">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7CAC125" w14:textId="77777777" w:rsidR="00F43027" w:rsidRDefault="00F43027" w:rsidP="00F43027">
            <w:pPr>
              <w:spacing w:after="0" w:line="240" w:lineRule="auto"/>
              <w:rPr>
                <w:lang w:eastAsia="zh-TW"/>
              </w:rPr>
            </w:pPr>
          </w:p>
        </w:tc>
      </w:tr>
      <w:tr w:rsidR="00F43027" w14:paraId="539A9028"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836A40E" w14:textId="62AB9028" w:rsidR="00F43027" w:rsidRDefault="00F43027" w:rsidP="00F43027">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3407F6F" w14:textId="6AEF9ABE" w:rsidR="00F43027" w:rsidRDefault="00F43027" w:rsidP="00F43027">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C6590B3" w14:textId="6D54D801" w:rsidR="00F43027" w:rsidRDefault="00F43027" w:rsidP="00F43027">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F6D18E3" w14:textId="77777777" w:rsidR="00F43027" w:rsidRDefault="00F43027" w:rsidP="00F43027">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760B206" w14:textId="77777777" w:rsidR="00F43027" w:rsidRDefault="00F43027" w:rsidP="00F43027">
            <w:pPr>
              <w:spacing w:after="0" w:line="240" w:lineRule="auto"/>
              <w:rPr>
                <w:lang w:eastAsia="zh-TW"/>
              </w:rPr>
            </w:pPr>
          </w:p>
        </w:tc>
      </w:tr>
      <w:tr w:rsidR="00F43027" w14:paraId="09C58BCD"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B9931A9" w14:textId="6AC636D4" w:rsidR="00F43027" w:rsidRDefault="00F43027" w:rsidP="00F43027">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F130625" w14:textId="760E81F5" w:rsidR="00F43027" w:rsidRDefault="00F43027" w:rsidP="00F43027">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7DFAD0E" w14:textId="5F31015F" w:rsidR="00F43027" w:rsidRDefault="00F43027" w:rsidP="00F43027">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AFED66A" w14:textId="77777777" w:rsidR="00F43027" w:rsidRDefault="00F43027" w:rsidP="00F43027">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D7482AA" w14:textId="77777777" w:rsidR="00F43027" w:rsidRDefault="00F43027" w:rsidP="00F43027">
            <w:pPr>
              <w:spacing w:after="0" w:line="240" w:lineRule="auto"/>
              <w:rPr>
                <w:lang w:eastAsia="zh-TW"/>
              </w:rPr>
            </w:pPr>
          </w:p>
        </w:tc>
      </w:tr>
      <w:tr w:rsidR="00F43027" w14:paraId="190178AF"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A90FB5B" w14:textId="51325D39" w:rsidR="00F43027" w:rsidRDefault="00F43027" w:rsidP="00F43027">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707C1A1" w14:textId="3CE5C3C5" w:rsidR="00F43027" w:rsidRDefault="00F43027" w:rsidP="00F43027">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F9C02CB" w14:textId="041F394C" w:rsidR="00F43027" w:rsidRDefault="00F43027" w:rsidP="00F43027">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F24269F" w14:textId="77777777" w:rsidR="00F43027" w:rsidRDefault="00F43027" w:rsidP="00F43027">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8EA8BC9" w14:textId="77777777" w:rsidR="00F43027" w:rsidRDefault="00F43027" w:rsidP="00F43027">
            <w:pPr>
              <w:spacing w:after="0" w:line="240" w:lineRule="auto"/>
              <w:rPr>
                <w:lang w:eastAsia="zh-TW"/>
              </w:rPr>
            </w:pPr>
          </w:p>
        </w:tc>
      </w:tr>
      <w:tr w:rsidR="00F43027" w14:paraId="2D8ABE81"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87FA32B" w14:textId="039BC44F" w:rsidR="00F43027" w:rsidRDefault="00F43027" w:rsidP="00F43027">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03A3A169" w14:textId="5E26A185" w:rsidR="00F43027" w:rsidRDefault="00F43027" w:rsidP="00F43027">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773E521" w14:textId="2FD01E49" w:rsidR="00F43027" w:rsidRDefault="00F43027" w:rsidP="00F43027">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429EE5D" w14:textId="77777777" w:rsidR="00F43027" w:rsidRDefault="00F43027" w:rsidP="00F43027">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07AA5BA7" w14:textId="77777777" w:rsidR="00F43027" w:rsidRDefault="00F43027" w:rsidP="00F43027">
            <w:pPr>
              <w:spacing w:after="0" w:line="240" w:lineRule="auto"/>
              <w:rPr>
                <w:lang w:eastAsia="zh-TW"/>
              </w:rPr>
            </w:pPr>
          </w:p>
        </w:tc>
      </w:tr>
      <w:tr w:rsidR="00F43027" w14:paraId="188526EE"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EBB347A" w14:textId="09C6CBE4" w:rsidR="00F43027" w:rsidRDefault="00F43027" w:rsidP="00F43027">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ED90F74" w14:textId="05848541" w:rsidR="00F43027" w:rsidRDefault="00F43027" w:rsidP="00F43027">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8329487" w14:textId="68970AC1" w:rsidR="00F43027" w:rsidRDefault="00F43027" w:rsidP="00F43027">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778F282" w14:textId="77777777" w:rsidR="00F43027" w:rsidRDefault="00F43027" w:rsidP="00F43027">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5FC3B8B" w14:textId="77777777" w:rsidR="00F43027" w:rsidRDefault="00F43027" w:rsidP="00F43027">
            <w:pPr>
              <w:spacing w:after="0" w:line="240" w:lineRule="auto"/>
              <w:rPr>
                <w:lang w:eastAsia="zh-TW"/>
              </w:rPr>
            </w:pPr>
          </w:p>
        </w:tc>
      </w:tr>
      <w:tr w:rsidR="00F43027" w14:paraId="08B6D96B"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7332D5C" w14:textId="562FC932" w:rsidR="00F43027" w:rsidRDefault="00F43027" w:rsidP="00F43027">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11600568" w14:textId="77777777" w:rsidR="00F43027" w:rsidRDefault="00F43027" w:rsidP="00F43027">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BBC183C" w14:textId="77777777" w:rsidR="00F43027" w:rsidRDefault="00F43027" w:rsidP="00F43027">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9FA8B23" w14:textId="77777777" w:rsidR="00F43027" w:rsidRDefault="00F43027" w:rsidP="00F43027">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BB8B9A5" w14:textId="77777777" w:rsidR="00F43027" w:rsidRDefault="00F43027" w:rsidP="00F43027">
            <w:pPr>
              <w:spacing w:after="0" w:line="240" w:lineRule="auto"/>
              <w:rPr>
                <w:lang w:eastAsia="zh-TW"/>
              </w:rPr>
            </w:pPr>
          </w:p>
        </w:tc>
      </w:tr>
      <w:tr w:rsidR="00B10D19" w14:paraId="514299D9"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9BF959E" w14:textId="77777777" w:rsidR="00B10D19" w:rsidRDefault="00000000">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5DBADA1" w14:textId="77777777" w:rsidR="00B10D19" w:rsidRDefault="00B10D19">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07A0F486" w14:textId="77777777" w:rsidR="00B10D19" w:rsidRDefault="00B10D19">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4D1760C" w14:textId="77777777" w:rsidR="00B10D19" w:rsidRDefault="00B10D19">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2AA7B22" w14:textId="77777777" w:rsidR="00B10D19" w:rsidRDefault="00B10D19">
            <w:pPr>
              <w:spacing w:after="0" w:line="240" w:lineRule="auto"/>
              <w:rPr>
                <w:lang w:eastAsia="zh-TW"/>
              </w:rPr>
            </w:pPr>
          </w:p>
        </w:tc>
      </w:tr>
      <w:tr w:rsidR="00B10D19" w14:paraId="29410354"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0314F327" w14:textId="77777777" w:rsidR="00B10D19" w:rsidRDefault="00000000">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5C0C00F" w14:textId="77777777" w:rsidR="00B10D19" w:rsidRDefault="00B10D19">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E94F5B0" w14:textId="77777777" w:rsidR="00B10D19" w:rsidRDefault="00B10D19">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13A2438C" w14:textId="77777777" w:rsidR="00B10D19" w:rsidRDefault="00B10D19">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30606D5" w14:textId="77777777" w:rsidR="00B10D19" w:rsidRDefault="00B10D19">
            <w:pPr>
              <w:spacing w:after="0" w:line="240" w:lineRule="auto"/>
              <w:rPr>
                <w:lang w:eastAsia="zh-TW"/>
              </w:rPr>
            </w:pPr>
          </w:p>
        </w:tc>
      </w:tr>
      <w:tr w:rsidR="00B10D19" w14:paraId="534DA9EC"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E298136" w14:textId="77777777" w:rsidR="00B10D19" w:rsidRDefault="00000000">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94ECA55" w14:textId="77777777" w:rsidR="00B10D19" w:rsidRDefault="00B10D19">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EB5174A" w14:textId="77777777" w:rsidR="00B10D19" w:rsidRDefault="00B10D19">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44B47C0" w14:textId="77777777" w:rsidR="00B10D19" w:rsidRDefault="00B10D19">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170C70BC" w14:textId="77777777" w:rsidR="00B10D19" w:rsidRDefault="00B10D19">
            <w:pPr>
              <w:spacing w:after="0" w:line="240" w:lineRule="auto"/>
              <w:rPr>
                <w:lang w:eastAsia="zh-TW"/>
              </w:rPr>
            </w:pPr>
          </w:p>
        </w:tc>
      </w:tr>
      <w:tr w:rsidR="00B10D19" w14:paraId="06A55262"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57CA377" w14:textId="77777777" w:rsidR="00B10D19" w:rsidRDefault="00000000">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997F92C" w14:textId="77777777" w:rsidR="00B10D19" w:rsidRDefault="00B10D19">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563F113B" w14:textId="77777777" w:rsidR="00B10D19" w:rsidRDefault="00B10D19">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C84F533" w14:textId="77777777" w:rsidR="00B10D19" w:rsidRDefault="00B10D19">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3BF8D88" w14:textId="77777777" w:rsidR="00B10D19" w:rsidRDefault="00B10D19">
            <w:pPr>
              <w:spacing w:after="0" w:line="240" w:lineRule="auto"/>
              <w:rPr>
                <w:lang w:eastAsia="zh-TW"/>
              </w:rPr>
            </w:pPr>
          </w:p>
        </w:tc>
      </w:tr>
      <w:tr w:rsidR="00B10D19" w14:paraId="08864CBD"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0F562104" w14:textId="77777777" w:rsidR="00B10D19" w:rsidRDefault="00000000">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63D5EC2" w14:textId="77777777" w:rsidR="00B10D19" w:rsidRDefault="00B10D19">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B691D2F" w14:textId="77777777" w:rsidR="00B10D19" w:rsidRDefault="00B10D19">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A914C58" w14:textId="77777777" w:rsidR="00B10D19" w:rsidRDefault="00B10D19">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332AB59E" w14:textId="77777777" w:rsidR="00B10D19" w:rsidRDefault="00B10D19">
            <w:pPr>
              <w:spacing w:after="0" w:line="240" w:lineRule="auto"/>
              <w:rPr>
                <w:lang w:eastAsia="zh-TW"/>
              </w:rPr>
            </w:pPr>
          </w:p>
        </w:tc>
      </w:tr>
      <w:tr w:rsidR="00B10D19" w14:paraId="182FAF79"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33A9613" w14:textId="77777777" w:rsidR="00B10D19" w:rsidRDefault="00000000">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199C1F36" w14:textId="77777777" w:rsidR="00B10D19" w:rsidRDefault="00B10D19">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156618F6" w14:textId="77777777" w:rsidR="00B10D19" w:rsidRDefault="00B10D19">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08D84DA4" w14:textId="77777777" w:rsidR="00B10D19" w:rsidRDefault="00B10D19">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6D274FDC" w14:textId="77777777" w:rsidR="00B10D19" w:rsidRDefault="00B10D19">
            <w:pPr>
              <w:spacing w:after="0" w:line="240" w:lineRule="auto"/>
              <w:rPr>
                <w:lang w:eastAsia="zh-TW"/>
              </w:rPr>
            </w:pPr>
          </w:p>
        </w:tc>
      </w:tr>
      <w:tr w:rsidR="00B10D19" w14:paraId="563E8A3C" w14:textId="77777777" w:rsidTr="006616D9">
        <w:trPr>
          <w:trHeight w:val="510"/>
          <w:jc w:val="center"/>
        </w:trPr>
        <w:tc>
          <w:tcPr>
            <w:tcW w:w="2891"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786B74DE" w14:textId="77777777" w:rsidR="00B10D19" w:rsidRDefault="00000000">
            <w:pPr>
              <w:spacing w:after="0" w:line="240" w:lineRule="auto"/>
              <w:jc w:val="center"/>
              <w:rPr>
                <w:lang w:eastAsia="zh-TW"/>
              </w:rPr>
            </w:pPr>
            <w:r>
              <w:rPr>
                <w:sz w:val="18"/>
                <w:lang w:eastAsia="zh-TW"/>
              </w:rPr>
              <w:t>年　月　日</w:t>
            </w:r>
            <w:r>
              <w:rPr>
                <w:sz w:val="18"/>
                <w:lang w:eastAsia="zh-TW"/>
              </w:rPr>
              <w:br/>
              <w:t>時　分至　時　分</w:t>
            </w:r>
          </w:p>
        </w:tc>
        <w:tc>
          <w:tcPr>
            <w:tcW w:w="2948"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D6F6687" w14:textId="77777777" w:rsidR="00B10D19" w:rsidRDefault="00B10D19">
            <w:pPr>
              <w:spacing w:after="0" w:line="240" w:lineRule="auto"/>
              <w:rPr>
                <w:lang w:eastAsia="zh-TW"/>
              </w:rPr>
            </w:pPr>
          </w:p>
        </w:tc>
        <w:tc>
          <w:tcPr>
            <w:tcW w:w="73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45BD28E0" w14:textId="77777777" w:rsidR="00B10D19" w:rsidRDefault="00B10D19">
            <w:pPr>
              <w:spacing w:after="0" w:line="240" w:lineRule="auto"/>
              <w:rPr>
                <w:lang w:eastAsia="zh-TW"/>
              </w:rPr>
            </w:pPr>
          </w:p>
        </w:tc>
        <w:tc>
          <w:tcPr>
            <w:tcW w:w="215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04D5FF6E" w14:textId="77777777" w:rsidR="00B10D19" w:rsidRDefault="00B10D19">
            <w:pPr>
              <w:spacing w:after="0" w:line="240" w:lineRule="auto"/>
              <w:rPr>
                <w:lang w:eastAsia="zh-TW"/>
              </w:rPr>
            </w:pPr>
          </w:p>
        </w:tc>
        <w:tc>
          <w:tcPr>
            <w:tcW w:w="249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vAlign w:val="center"/>
          </w:tcPr>
          <w:p w14:paraId="20B4E193" w14:textId="77777777" w:rsidR="00B10D19" w:rsidRDefault="00B10D19">
            <w:pPr>
              <w:spacing w:after="0" w:line="240" w:lineRule="auto"/>
              <w:rPr>
                <w:lang w:eastAsia="zh-TW"/>
              </w:rPr>
            </w:pPr>
          </w:p>
        </w:tc>
      </w:tr>
    </w:tbl>
    <w:p w14:paraId="384A04BA" w14:textId="77777777" w:rsidR="00F56B7D" w:rsidRDefault="00F56B7D">
      <w:pPr>
        <w:rPr>
          <w:lang w:eastAsia="zh-TW"/>
        </w:rPr>
      </w:pPr>
    </w:p>
    <w:sectPr w:rsidR="00F56B7D" w:rsidSect="00034616">
      <w:footerReference w:type="default" r:id="rId8"/>
      <w:pgSz w:w="11906" w:h="16838"/>
      <w:pgMar w:top="680" w:right="1191" w:bottom="68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0C5F" w14:textId="77777777" w:rsidR="00107712" w:rsidRDefault="00107712">
      <w:pPr>
        <w:spacing w:after="0" w:line="240" w:lineRule="auto"/>
      </w:pPr>
      <w:r>
        <w:separator/>
      </w:r>
    </w:p>
  </w:endnote>
  <w:endnote w:type="continuationSeparator" w:id="0">
    <w:p w14:paraId="27ACDEA6" w14:textId="77777777" w:rsidR="00107712" w:rsidRDefault="00107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98B57" w14:textId="77777777" w:rsidR="00B10D19" w:rsidRDefault="00000000">
    <w:pPr>
      <w:pStyle w:val="a7"/>
      <w:jc w:val="center"/>
    </w:pPr>
    <w:r>
      <w:rPr>
        <w:sz w:val="20"/>
      </w:rPr>
      <w:fldChar w:fldCharType="begin"/>
    </w:r>
    <w:r>
      <w:rPr>
        <w:sz w:val="20"/>
      </w:rPr>
      <w:instrText xml:space="preserve"> PAGE </w:instrText>
    </w:r>
    <w:r>
      <w:rPr>
        <w:sz w:val="20"/>
      </w:rPr>
      <w:fldChar w:fldCharType="separate"/>
    </w:r>
    <w:r w:rsidR="006616D9">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81D2" w14:textId="77777777" w:rsidR="00107712" w:rsidRDefault="00107712">
      <w:pPr>
        <w:spacing w:after="0" w:line="240" w:lineRule="auto"/>
      </w:pPr>
      <w:r>
        <w:separator/>
      </w:r>
    </w:p>
  </w:footnote>
  <w:footnote w:type="continuationSeparator" w:id="0">
    <w:p w14:paraId="59FE6CE7" w14:textId="77777777" w:rsidR="00107712" w:rsidRDefault="001077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28915734">
    <w:abstractNumId w:val="8"/>
  </w:num>
  <w:num w:numId="2" w16cid:durableId="948967926">
    <w:abstractNumId w:val="6"/>
  </w:num>
  <w:num w:numId="3" w16cid:durableId="298731701">
    <w:abstractNumId w:val="5"/>
  </w:num>
  <w:num w:numId="4" w16cid:durableId="1649936552">
    <w:abstractNumId w:val="4"/>
  </w:num>
  <w:num w:numId="5" w16cid:durableId="2105683576">
    <w:abstractNumId w:val="7"/>
  </w:num>
  <w:num w:numId="6" w16cid:durableId="492838511">
    <w:abstractNumId w:val="3"/>
  </w:num>
  <w:num w:numId="7" w16cid:durableId="1814567394">
    <w:abstractNumId w:val="2"/>
  </w:num>
  <w:num w:numId="8" w16cid:durableId="853499711">
    <w:abstractNumId w:val="1"/>
  </w:num>
  <w:num w:numId="9" w16cid:durableId="439112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712"/>
    <w:rsid w:val="0015074B"/>
    <w:rsid w:val="0029639D"/>
    <w:rsid w:val="00326F90"/>
    <w:rsid w:val="00577D9E"/>
    <w:rsid w:val="006616D9"/>
    <w:rsid w:val="00801BA3"/>
    <w:rsid w:val="0084422D"/>
    <w:rsid w:val="00AA1D8D"/>
    <w:rsid w:val="00B10D19"/>
    <w:rsid w:val="00B47730"/>
    <w:rsid w:val="00CB0664"/>
    <w:rsid w:val="00CD704D"/>
    <w:rsid w:val="00E20CD9"/>
    <w:rsid w:val="00F43027"/>
    <w:rsid w:val="00F56B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CC901A"/>
  <w14:defaultImageDpi w14:val="300"/>
  <w15:docId w15:val="{223905E8-ED40-4ED5-A876-059D7A207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標楷體" w:eastAsia="標楷體" w:hAnsi="標楷體"/>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林妙君</cp:lastModifiedBy>
  <cp:revision>4</cp:revision>
  <cp:lastPrinted>2026-08-05T00:09:00Z</cp:lastPrinted>
  <dcterms:created xsi:type="dcterms:W3CDTF">2026-08-11T08:51:00Z</dcterms:created>
  <dcterms:modified xsi:type="dcterms:W3CDTF">2026-08-11T08:52:00Z</dcterms:modified>
  <cp:category/>
</cp:coreProperties>
</file>